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98A5A" w14:textId="77777777" w:rsidR="00A42B4C" w:rsidRPr="005A3854" w:rsidRDefault="00E97CC1">
      <w:pPr>
        <w:keepLines/>
        <w:spacing w:after="20"/>
        <w:ind w:right="144"/>
        <w:jc w:val="right"/>
        <w:rPr>
          <w:lang w:val="ru-RU"/>
        </w:rPr>
      </w:pPr>
      <w:r w:rsidRPr="005A3854">
        <w:rPr>
          <w:rFonts w:eastAsia="Times New Roman"/>
          <w:color w:val="000000"/>
          <w:sz w:val="16"/>
          <w:lang w:val="ru-RU"/>
        </w:rPr>
        <w:t>Приложение 6</w:t>
      </w:r>
      <w:r w:rsidRPr="005A3854">
        <w:rPr>
          <w:rFonts w:eastAsia="Times New Roman"/>
          <w:color w:val="000000"/>
          <w:sz w:val="16"/>
          <w:lang w:val="ru-RU"/>
        </w:rPr>
        <w:br/>
        <w:t>к Положению о списании</w:t>
      </w:r>
      <w:r w:rsidRPr="005A3854">
        <w:rPr>
          <w:rFonts w:eastAsia="Times New Roman"/>
          <w:color w:val="000000"/>
          <w:sz w:val="16"/>
          <w:lang w:val="ru-RU"/>
        </w:rPr>
        <w:br/>
        <w:t>материально-производственных запасов</w:t>
      </w:r>
    </w:p>
    <w:p w14:paraId="3A9D6AD3" w14:textId="77777777" w:rsidR="00A42B4C" w:rsidRPr="005A3854" w:rsidRDefault="00E97CC1">
      <w:pPr>
        <w:keepLines/>
        <w:spacing w:after="100"/>
        <w:jc w:val="center"/>
        <w:rPr>
          <w:lang w:val="ru-RU"/>
        </w:rPr>
      </w:pPr>
      <w:r w:rsidRPr="005A3854">
        <w:rPr>
          <w:rFonts w:eastAsia="Times New Roman"/>
          <w:b/>
          <w:color w:val="000000"/>
          <w:sz w:val="21"/>
          <w:lang w:val="ru-RU"/>
        </w:rPr>
        <w:t>Рекомендованная форма заявления потенциального покупателя</w:t>
      </w:r>
      <w:r w:rsidRPr="005A3854">
        <w:rPr>
          <w:rFonts w:eastAsia="Times New Roman"/>
          <w:b/>
          <w:color w:val="000000"/>
          <w:sz w:val="21"/>
          <w:lang w:val="ru-RU"/>
        </w:rPr>
        <w:br/>
        <w:t>о намерении приобрести неликвидные и невостребованные МПЗ</w:t>
      </w:r>
    </w:p>
    <w:tbl>
      <w:tblPr>
        <w:tblW w:w="9524" w:type="dxa"/>
        <w:tblLayout w:type="fixed"/>
        <w:tblLook w:val="04A0" w:firstRow="1" w:lastRow="0" w:firstColumn="1" w:lastColumn="0" w:noHBand="0" w:noVBand="1"/>
      </w:tblPr>
      <w:tblGrid>
        <w:gridCol w:w="6237"/>
        <w:gridCol w:w="3287"/>
      </w:tblGrid>
      <w:tr w:rsidR="00A42B4C" w:rsidRPr="005A3854" w14:paraId="3CFFE595" w14:textId="77777777" w:rsidTr="005A3854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7E91C" w14:textId="77777777" w:rsidR="00A42B4C" w:rsidRPr="005A3854" w:rsidRDefault="00A42B4C">
            <w:pPr>
              <w:rPr>
                <w:lang w:val="ru-RU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6A372" w14:textId="77777777" w:rsidR="00A42B4C" w:rsidRPr="005A3854" w:rsidRDefault="00E97CC1" w:rsidP="005A3854">
            <w:pPr>
              <w:keepLines/>
              <w:jc w:val="right"/>
              <w:rPr>
                <w:lang w:val="ru-RU"/>
              </w:rPr>
            </w:pPr>
            <w:r w:rsidRPr="005A3854">
              <w:rPr>
                <w:rFonts w:eastAsia="Times New Roman"/>
                <w:color w:val="000000"/>
                <w:sz w:val="19"/>
                <w:lang w:val="ru-RU"/>
              </w:rPr>
              <w:t>Генеральному директору</w:t>
            </w:r>
          </w:p>
          <w:p w14:paraId="6AC9492B" w14:textId="77777777" w:rsidR="00A42B4C" w:rsidRPr="005A3854" w:rsidRDefault="00E97CC1" w:rsidP="005A3854">
            <w:pPr>
              <w:keepLines/>
              <w:jc w:val="right"/>
              <w:rPr>
                <w:lang w:val="ru-RU"/>
              </w:rPr>
            </w:pPr>
            <w:r w:rsidRPr="005A3854">
              <w:rPr>
                <w:rFonts w:eastAsia="Times New Roman"/>
                <w:color w:val="000000"/>
                <w:sz w:val="19"/>
                <w:lang w:val="ru-RU"/>
              </w:rPr>
              <w:t xml:space="preserve">СПб ГУП </w:t>
            </w:r>
            <w:r w:rsidRPr="005A3854">
              <w:rPr>
                <w:rFonts w:eastAsia="Times New Roman"/>
                <w:color w:val="000000"/>
                <w:sz w:val="19"/>
                <w:lang w:val="ru-RU"/>
              </w:rPr>
              <w:t>«Пассажиравтотранс»</w:t>
            </w:r>
          </w:p>
          <w:p w14:paraId="4708E105" w14:textId="77777777" w:rsidR="00A42B4C" w:rsidRPr="005A3854" w:rsidRDefault="00E97CC1" w:rsidP="005A3854">
            <w:pPr>
              <w:keepLines/>
              <w:jc w:val="right"/>
              <w:rPr>
                <w:lang w:val="ru-RU"/>
              </w:rPr>
            </w:pPr>
            <w:r w:rsidRPr="005A3854">
              <w:rPr>
                <w:rFonts w:eastAsia="Times New Roman"/>
                <w:color w:val="000000"/>
                <w:sz w:val="19"/>
                <w:lang w:val="ru-RU"/>
              </w:rPr>
              <w:t>__________________________________</w:t>
            </w:r>
          </w:p>
          <w:p w14:paraId="3AAD53F5" w14:textId="77777777" w:rsidR="00A42B4C" w:rsidRPr="005A3854" w:rsidRDefault="00E97CC1" w:rsidP="005A3854">
            <w:pPr>
              <w:keepLines/>
              <w:jc w:val="center"/>
              <w:rPr>
                <w:lang w:val="ru-RU"/>
              </w:rPr>
            </w:pPr>
            <w:r w:rsidRPr="005A3854">
              <w:rPr>
                <w:rFonts w:eastAsia="Times New Roman"/>
                <w:i/>
                <w:color w:val="333333"/>
                <w:sz w:val="14"/>
                <w:lang w:val="ru-RU"/>
              </w:rPr>
              <w:t>(Ф.И.О.)</w:t>
            </w:r>
          </w:p>
          <w:p w14:paraId="267AC15C" w14:textId="77777777" w:rsidR="00A42B4C" w:rsidRPr="005A3854" w:rsidRDefault="00E97CC1" w:rsidP="005A3854">
            <w:pPr>
              <w:keepLines/>
              <w:jc w:val="right"/>
              <w:rPr>
                <w:lang w:val="ru-RU"/>
              </w:rPr>
            </w:pPr>
            <w:r w:rsidRPr="005A3854">
              <w:rPr>
                <w:rFonts w:eastAsia="Times New Roman"/>
                <w:color w:val="000000"/>
                <w:sz w:val="19"/>
                <w:lang w:val="ru-RU"/>
              </w:rPr>
              <w:t>от ________________________________</w:t>
            </w:r>
          </w:p>
          <w:p w14:paraId="4E58BAB7" w14:textId="77777777" w:rsidR="00A42B4C" w:rsidRPr="005A3854" w:rsidRDefault="00E97CC1" w:rsidP="005A3854">
            <w:pPr>
              <w:keepLines/>
              <w:jc w:val="right"/>
              <w:rPr>
                <w:lang w:val="ru-RU"/>
              </w:rPr>
            </w:pPr>
            <w:r w:rsidRPr="005A3854">
              <w:rPr>
                <w:rFonts w:eastAsia="Times New Roman"/>
                <w:i/>
                <w:color w:val="333333"/>
                <w:sz w:val="13"/>
                <w:lang w:val="ru-RU"/>
              </w:rPr>
              <w:t>(Ф.И.О., должность, наименование юридического лица)</w:t>
            </w:r>
          </w:p>
        </w:tc>
      </w:tr>
    </w:tbl>
    <w:p w14:paraId="40175C92" w14:textId="77777777" w:rsidR="00A42B4C" w:rsidRPr="005A3854" w:rsidRDefault="00E97CC1">
      <w:pPr>
        <w:keepLines/>
        <w:spacing w:before="80" w:after="20"/>
        <w:jc w:val="center"/>
        <w:rPr>
          <w:lang w:val="ru-RU"/>
        </w:rPr>
      </w:pPr>
      <w:r w:rsidRPr="005A3854">
        <w:rPr>
          <w:rFonts w:eastAsia="Times New Roman"/>
          <w:b/>
          <w:color w:val="000000"/>
          <w:sz w:val="22"/>
          <w:lang w:val="ru-RU"/>
        </w:rPr>
        <w:t>ЗАЯВЛЕНИЕ</w:t>
      </w:r>
    </w:p>
    <w:p w14:paraId="5B4725E7" w14:textId="7572EACA" w:rsidR="00A42B4C" w:rsidRPr="005A3854" w:rsidRDefault="00E97CC1">
      <w:pPr>
        <w:keepLines/>
        <w:rPr>
          <w:lang w:val="ru-RU"/>
        </w:rPr>
      </w:pPr>
      <w:r w:rsidRPr="005A3854">
        <w:rPr>
          <w:rFonts w:eastAsia="Times New Roman"/>
          <w:color w:val="000000"/>
          <w:sz w:val="19"/>
          <w:lang w:val="ru-RU"/>
        </w:rPr>
        <w:t xml:space="preserve">Я, </w:t>
      </w:r>
      <w:r w:rsidRPr="005A3854">
        <w:rPr>
          <w:rFonts w:eastAsia="Times New Roman"/>
          <w:color w:val="000000"/>
          <w:sz w:val="18"/>
          <w:lang w:val="ru-RU"/>
        </w:rPr>
        <w:t>__________________________________________________________________________________</w:t>
      </w:r>
      <w:r w:rsidR="005A3854" w:rsidRPr="005A3854">
        <w:rPr>
          <w:rFonts w:eastAsia="Times New Roman"/>
          <w:color w:val="000000"/>
          <w:sz w:val="18"/>
          <w:lang w:val="ru-RU"/>
        </w:rPr>
        <w:t>_____________________</w:t>
      </w:r>
    </w:p>
    <w:p w14:paraId="5385F917" w14:textId="77777777" w:rsidR="00A42B4C" w:rsidRPr="005A3854" w:rsidRDefault="00E97CC1">
      <w:pPr>
        <w:keepLines/>
        <w:jc w:val="center"/>
        <w:rPr>
          <w:lang w:val="ru-RU"/>
        </w:rPr>
      </w:pPr>
      <w:r w:rsidRPr="005A3854">
        <w:rPr>
          <w:rFonts w:eastAsia="Times New Roman"/>
          <w:i/>
          <w:color w:val="333333"/>
          <w:sz w:val="14"/>
          <w:lang w:val="ru-RU"/>
        </w:rPr>
        <w:t>(для фи</w:t>
      </w:r>
      <w:r w:rsidRPr="005A3854">
        <w:rPr>
          <w:rFonts w:eastAsia="Times New Roman"/>
          <w:i/>
          <w:color w:val="333333"/>
          <w:sz w:val="14"/>
          <w:lang w:val="ru-RU"/>
        </w:rPr>
        <w:t>зических лиц - Ф.И.О., для юридических лиц - должность и Ф.И.О.)</w:t>
      </w:r>
    </w:p>
    <w:p w14:paraId="55B1CFF4" w14:textId="48871CBA" w:rsidR="00A42B4C" w:rsidRPr="005A3854" w:rsidRDefault="00E97CC1">
      <w:pPr>
        <w:keepLines/>
        <w:spacing w:after="20"/>
        <w:rPr>
          <w:lang w:val="ru-KZ"/>
        </w:rPr>
      </w:pPr>
      <w:r w:rsidRPr="005A3854">
        <w:rPr>
          <w:rFonts w:eastAsia="Times New Roman"/>
          <w:color w:val="000000"/>
          <w:sz w:val="19"/>
          <w:lang w:val="ru-RU"/>
        </w:rPr>
        <w:t xml:space="preserve">адрес регистрации: </w:t>
      </w:r>
      <w:r w:rsidRPr="005A3854">
        <w:rPr>
          <w:rFonts w:eastAsia="Times New Roman"/>
          <w:color w:val="000000"/>
          <w:sz w:val="18"/>
          <w:lang w:val="ru-RU"/>
        </w:rPr>
        <w:t>____________________________________________________________________</w:t>
      </w:r>
      <w:r w:rsidR="005A3854" w:rsidRPr="005A3854">
        <w:rPr>
          <w:rFonts w:eastAsia="Times New Roman"/>
          <w:color w:val="000000"/>
          <w:sz w:val="18"/>
          <w:lang w:val="ru-RU"/>
        </w:rPr>
        <w:t>___________________</w:t>
      </w:r>
      <w:r w:rsidR="005A3854">
        <w:rPr>
          <w:rFonts w:eastAsia="Times New Roman"/>
          <w:color w:val="000000"/>
          <w:sz w:val="18"/>
          <w:lang w:val="ru-KZ"/>
        </w:rPr>
        <w:t>_</w:t>
      </w:r>
    </w:p>
    <w:p w14:paraId="2183B35C" w14:textId="77777777" w:rsidR="00A42B4C" w:rsidRPr="005A3854" w:rsidRDefault="00E97CC1">
      <w:pPr>
        <w:keepLines/>
        <w:spacing w:after="40"/>
        <w:rPr>
          <w:lang w:val="ru-RU"/>
        </w:rPr>
      </w:pPr>
      <w:r w:rsidRPr="005A3854">
        <w:rPr>
          <w:rFonts w:eastAsia="Times New Roman"/>
          <w:color w:val="000000"/>
          <w:sz w:val="18"/>
          <w:lang w:val="ru-RU"/>
        </w:rPr>
        <w:t>готов приобрести товарно-материальные ценности (МПЗ) из перечня, размещенного на сайте</w:t>
      </w:r>
      <w:r w:rsidRPr="005A3854">
        <w:rPr>
          <w:rFonts w:eastAsia="Times New Roman"/>
          <w:color w:val="000000"/>
          <w:sz w:val="18"/>
          <w:lang w:val="ru-RU"/>
        </w:rPr>
        <w:br/>
        <w:t xml:space="preserve">СПб ГУП </w:t>
      </w:r>
      <w:r w:rsidRPr="005A3854">
        <w:rPr>
          <w:rFonts w:eastAsia="Times New Roman"/>
          <w:color w:val="000000"/>
          <w:sz w:val="18"/>
          <w:lang w:val="ru-RU"/>
        </w:rPr>
        <w:t>«Пассажиравтотранс» (</w:t>
      </w:r>
      <w:r>
        <w:rPr>
          <w:rFonts w:eastAsia="Times New Roman"/>
          <w:color w:val="000000"/>
          <w:sz w:val="18"/>
        </w:rPr>
        <w:t>www</w:t>
      </w:r>
      <w:r w:rsidRPr="005A3854">
        <w:rPr>
          <w:rFonts w:eastAsia="Times New Roman"/>
          <w:color w:val="000000"/>
          <w:sz w:val="18"/>
          <w:lang w:val="ru-RU"/>
        </w:rPr>
        <w:t>.</w:t>
      </w:r>
      <w:proofErr w:type="spellStart"/>
      <w:r>
        <w:rPr>
          <w:rFonts w:eastAsia="Times New Roman"/>
          <w:color w:val="000000"/>
          <w:sz w:val="18"/>
        </w:rPr>
        <w:t>avtobus</w:t>
      </w:r>
      <w:proofErr w:type="spellEnd"/>
      <w:r w:rsidRPr="005A3854">
        <w:rPr>
          <w:rFonts w:eastAsia="Times New Roman"/>
          <w:color w:val="000000"/>
          <w:sz w:val="18"/>
          <w:lang w:val="ru-RU"/>
        </w:rPr>
        <w:t>.</w:t>
      </w:r>
      <w:proofErr w:type="spellStart"/>
      <w:r>
        <w:rPr>
          <w:rFonts w:eastAsia="Times New Roman"/>
          <w:color w:val="000000"/>
          <w:sz w:val="18"/>
        </w:rPr>
        <w:t>spb</w:t>
      </w:r>
      <w:proofErr w:type="spellEnd"/>
      <w:r w:rsidRPr="005A3854">
        <w:rPr>
          <w:rFonts w:eastAsia="Times New Roman"/>
          <w:color w:val="000000"/>
          <w:sz w:val="18"/>
          <w:lang w:val="ru-RU"/>
        </w:rPr>
        <w:t>.</w:t>
      </w:r>
      <w:proofErr w:type="spellStart"/>
      <w:r>
        <w:rPr>
          <w:rFonts w:eastAsia="Times New Roman"/>
          <w:color w:val="000000"/>
          <w:sz w:val="18"/>
        </w:rPr>
        <w:t>ru</w:t>
      </w:r>
      <w:proofErr w:type="spellEnd"/>
      <w:r w:rsidRPr="005A3854">
        <w:rPr>
          <w:rFonts w:eastAsia="Times New Roman"/>
          <w:color w:val="000000"/>
          <w:sz w:val="18"/>
          <w:lang w:val="ru-RU"/>
        </w:rPr>
        <w:t>):</w:t>
      </w:r>
    </w:p>
    <w:tbl>
      <w:tblPr>
        <w:tblStyle w:val="aff0"/>
        <w:tblW w:w="9498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349"/>
        <w:gridCol w:w="1559"/>
        <w:gridCol w:w="851"/>
        <w:gridCol w:w="1417"/>
        <w:gridCol w:w="709"/>
        <w:gridCol w:w="1134"/>
        <w:gridCol w:w="1559"/>
        <w:gridCol w:w="1920"/>
      </w:tblGrid>
      <w:tr w:rsidR="00A42B4C" w14:paraId="61BA1CF5" w14:textId="77777777" w:rsidTr="005A3854">
        <w:trPr>
          <w:trHeight w:val="620"/>
        </w:trPr>
        <w:tc>
          <w:tcPr>
            <w:tcW w:w="34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484A397" w14:textId="77777777" w:rsidR="00A42B4C" w:rsidRDefault="00E97CC1">
            <w:pPr>
              <w:keepLines/>
              <w:jc w:val="center"/>
            </w:pPr>
            <w:r>
              <w:rPr>
                <w:rFonts w:eastAsia="Times New Roman"/>
                <w:color w:val="000000"/>
                <w:sz w:val="15"/>
              </w:rPr>
              <w:t>№</w:t>
            </w:r>
            <w:r>
              <w:rPr>
                <w:rFonts w:eastAsia="Times New Roman"/>
                <w:color w:val="000000"/>
                <w:sz w:val="15"/>
              </w:rPr>
              <w:br/>
              <w:t>п/п</w:t>
            </w:r>
          </w:p>
        </w:tc>
        <w:tc>
          <w:tcPr>
            <w:tcW w:w="155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F84C985" w14:textId="77777777" w:rsidR="00A42B4C" w:rsidRDefault="00E97CC1">
            <w:pPr>
              <w:keepLines/>
              <w:jc w:val="center"/>
            </w:pPr>
            <w:r>
              <w:rPr>
                <w:rFonts w:eastAsia="Times New Roman"/>
                <w:color w:val="000000"/>
                <w:sz w:val="15"/>
              </w:rPr>
              <w:t>Наименование</w:t>
            </w:r>
            <w:r>
              <w:rPr>
                <w:rFonts w:eastAsia="Times New Roman"/>
                <w:color w:val="000000"/>
                <w:sz w:val="15"/>
              </w:rPr>
              <w:br/>
              <w:t>МПЗ</w:t>
            </w:r>
          </w:p>
        </w:tc>
        <w:tc>
          <w:tcPr>
            <w:tcW w:w="851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433E236" w14:textId="77777777" w:rsidR="00A42B4C" w:rsidRDefault="00E97CC1">
            <w:pPr>
              <w:keepLines/>
              <w:jc w:val="center"/>
            </w:pPr>
            <w:r>
              <w:rPr>
                <w:rFonts w:eastAsia="Times New Roman"/>
                <w:color w:val="000000"/>
                <w:sz w:val="15"/>
              </w:rPr>
              <w:t>Ед.</w:t>
            </w:r>
            <w:r>
              <w:rPr>
                <w:rFonts w:eastAsia="Times New Roman"/>
                <w:color w:val="000000"/>
                <w:sz w:val="15"/>
              </w:rPr>
              <w:br/>
              <w:t>изм.</w:t>
            </w:r>
          </w:p>
        </w:tc>
        <w:tc>
          <w:tcPr>
            <w:tcW w:w="1417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57A04DC" w14:textId="77777777" w:rsidR="00A42B4C" w:rsidRDefault="00E97CC1">
            <w:pPr>
              <w:keepLines/>
              <w:jc w:val="center"/>
            </w:pPr>
            <w:r>
              <w:rPr>
                <w:rFonts w:eastAsia="Times New Roman"/>
                <w:color w:val="000000"/>
                <w:sz w:val="15"/>
              </w:rPr>
              <w:t>Стоимость</w:t>
            </w:r>
            <w:r>
              <w:rPr>
                <w:rFonts w:eastAsia="Times New Roman"/>
                <w:color w:val="000000"/>
                <w:sz w:val="15"/>
              </w:rPr>
              <w:br/>
              <w:t>за 1 ед., руб.</w:t>
            </w:r>
          </w:p>
        </w:tc>
        <w:tc>
          <w:tcPr>
            <w:tcW w:w="70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519648E" w14:textId="77777777" w:rsidR="00A42B4C" w:rsidRDefault="00E97CC1">
            <w:pPr>
              <w:keepLines/>
              <w:jc w:val="center"/>
            </w:pPr>
            <w:r>
              <w:rPr>
                <w:rFonts w:eastAsia="Times New Roman"/>
                <w:color w:val="000000"/>
                <w:sz w:val="15"/>
              </w:rPr>
              <w:t>Кол-</w:t>
            </w:r>
            <w:r>
              <w:rPr>
                <w:rFonts w:eastAsia="Times New Roman"/>
                <w:color w:val="000000"/>
                <w:sz w:val="15"/>
              </w:rPr>
              <w:br/>
              <w:t>во</w:t>
            </w:r>
          </w:p>
        </w:tc>
        <w:tc>
          <w:tcPr>
            <w:tcW w:w="113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1A338683" w14:textId="77777777" w:rsidR="00A42B4C" w:rsidRDefault="00E97CC1">
            <w:pPr>
              <w:keepLines/>
              <w:jc w:val="center"/>
            </w:pPr>
            <w:r>
              <w:rPr>
                <w:rFonts w:eastAsia="Times New Roman"/>
                <w:color w:val="000000"/>
                <w:sz w:val="15"/>
              </w:rPr>
              <w:t>Документы</w:t>
            </w:r>
          </w:p>
        </w:tc>
        <w:tc>
          <w:tcPr>
            <w:tcW w:w="155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5BC0AC8" w14:textId="77777777" w:rsidR="00A42B4C" w:rsidRDefault="00E97CC1">
            <w:pPr>
              <w:keepLines/>
              <w:jc w:val="center"/>
            </w:pPr>
            <w:r>
              <w:rPr>
                <w:rFonts w:eastAsia="Times New Roman"/>
                <w:color w:val="000000"/>
                <w:sz w:val="15"/>
              </w:rPr>
              <w:t>Техническое</w:t>
            </w:r>
            <w:r>
              <w:rPr>
                <w:rFonts w:eastAsia="Times New Roman"/>
                <w:color w:val="000000"/>
                <w:sz w:val="15"/>
              </w:rPr>
              <w:br/>
              <w:t>состояние</w:t>
            </w:r>
          </w:p>
        </w:tc>
        <w:tc>
          <w:tcPr>
            <w:tcW w:w="1920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9F68787" w14:textId="77777777" w:rsidR="00A42B4C" w:rsidRDefault="00E97CC1">
            <w:pPr>
              <w:keepLines/>
              <w:jc w:val="center"/>
            </w:pPr>
            <w:r>
              <w:rPr>
                <w:rFonts w:eastAsia="Times New Roman"/>
                <w:color w:val="000000"/>
                <w:sz w:val="15"/>
              </w:rPr>
              <w:t>Местонахождение</w:t>
            </w:r>
            <w:r>
              <w:rPr>
                <w:rFonts w:eastAsia="Times New Roman"/>
                <w:color w:val="000000"/>
                <w:sz w:val="15"/>
              </w:rPr>
              <w:br/>
              <w:t>(адрес)</w:t>
            </w:r>
          </w:p>
        </w:tc>
      </w:tr>
      <w:tr w:rsidR="00A42B4C" w14:paraId="0CA7EF7E" w14:textId="77777777" w:rsidTr="005A3854">
        <w:trPr>
          <w:trHeight w:val="200"/>
        </w:trPr>
        <w:tc>
          <w:tcPr>
            <w:tcW w:w="34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3BF5D7D1" w14:textId="77777777" w:rsidR="00A42B4C" w:rsidRDefault="00E97CC1">
            <w:pPr>
              <w:keepLines/>
              <w:jc w:val="center"/>
            </w:pPr>
            <w:r>
              <w:rPr>
                <w:rFonts w:eastAsia="Times New Roman"/>
                <w:color w:val="000000"/>
                <w:sz w:val="14"/>
              </w:rPr>
              <w:t>1</w:t>
            </w:r>
          </w:p>
        </w:tc>
        <w:tc>
          <w:tcPr>
            <w:tcW w:w="155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1654D95" w14:textId="77777777" w:rsidR="00A42B4C" w:rsidRDefault="00E97CC1">
            <w:pPr>
              <w:keepLines/>
              <w:jc w:val="center"/>
            </w:pPr>
            <w:r>
              <w:rPr>
                <w:rFonts w:eastAsia="Times New Roman"/>
                <w:color w:val="000000"/>
                <w:sz w:val="14"/>
              </w:rPr>
              <w:t>2</w:t>
            </w:r>
          </w:p>
        </w:tc>
        <w:tc>
          <w:tcPr>
            <w:tcW w:w="851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65E331C" w14:textId="77777777" w:rsidR="00A42B4C" w:rsidRDefault="00E97CC1">
            <w:pPr>
              <w:keepLines/>
              <w:jc w:val="center"/>
            </w:pPr>
            <w:r>
              <w:rPr>
                <w:rFonts w:eastAsia="Times New Roman"/>
                <w:color w:val="000000"/>
                <w:sz w:val="14"/>
              </w:rPr>
              <w:t>3</w:t>
            </w:r>
          </w:p>
        </w:tc>
        <w:tc>
          <w:tcPr>
            <w:tcW w:w="1417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6DB74D0" w14:textId="77777777" w:rsidR="00A42B4C" w:rsidRDefault="00E97CC1">
            <w:pPr>
              <w:keepLines/>
              <w:jc w:val="center"/>
            </w:pPr>
            <w:r>
              <w:rPr>
                <w:rFonts w:eastAsia="Times New Roman"/>
                <w:color w:val="000000"/>
                <w:sz w:val="14"/>
              </w:rPr>
              <w:t>4</w:t>
            </w:r>
          </w:p>
        </w:tc>
        <w:tc>
          <w:tcPr>
            <w:tcW w:w="70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C1D3FE2" w14:textId="77777777" w:rsidR="00A42B4C" w:rsidRDefault="00E97CC1">
            <w:pPr>
              <w:keepLines/>
              <w:jc w:val="center"/>
            </w:pPr>
            <w:r>
              <w:rPr>
                <w:rFonts w:eastAsia="Times New Roman"/>
                <w:color w:val="000000"/>
                <w:sz w:val="14"/>
              </w:rPr>
              <w:t>5</w:t>
            </w:r>
          </w:p>
        </w:tc>
        <w:tc>
          <w:tcPr>
            <w:tcW w:w="113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9287F4A" w14:textId="77777777" w:rsidR="00A42B4C" w:rsidRDefault="00E97CC1">
            <w:pPr>
              <w:keepLines/>
              <w:jc w:val="center"/>
            </w:pPr>
            <w:r>
              <w:rPr>
                <w:rFonts w:eastAsia="Times New Roman"/>
                <w:color w:val="000000"/>
                <w:sz w:val="14"/>
              </w:rPr>
              <w:t>6</w:t>
            </w:r>
          </w:p>
        </w:tc>
        <w:tc>
          <w:tcPr>
            <w:tcW w:w="155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1A830F3" w14:textId="77777777" w:rsidR="00A42B4C" w:rsidRDefault="00E97CC1">
            <w:pPr>
              <w:keepLines/>
              <w:jc w:val="center"/>
            </w:pPr>
            <w:r>
              <w:rPr>
                <w:rFonts w:eastAsia="Times New Roman"/>
                <w:color w:val="000000"/>
                <w:sz w:val="14"/>
              </w:rPr>
              <w:t>7</w:t>
            </w:r>
          </w:p>
        </w:tc>
        <w:tc>
          <w:tcPr>
            <w:tcW w:w="1920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C6A7F71" w14:textId="77777777" w:rsidR="00A42B4C" w:rsidRDefault="00E97CC1">
            <w:pPr>
              <w:keepLines/>
              <w:jc w:val="center"/>
            </w:pPr>
            <w:r>
              <w:rPr>
                <w:rFonts w:eastAsia="Times New Roman"/>
                <w:color w:val="000000"/>
                <w:sz w:val="14"/>
              </w:rPr>
              <w:t>8</w:t>
            </w:r>
          </w:p>
        </w:tc>
      </w:tr>
      <w:tr w:rsidR="00A42B4C" w14:paraId="12AEE257" w14:textId="77777777" w:rsidTr="005A3854">
        <w:trPr>
          <w:trHeight w:val="340"/>
        </w:trPr>
        <w:tc>
          <w:tcPr>
            <w:tcW w:w="34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19B60CC" w14:textId="77777777" w:rsidR="00A42B4C" w:rsidRDefault="00A42B4C">
            <w:pPr>
              <w:keepLines/>
            </w:pPr>
          </w:p>
        </w:tc>
        <w:tc>
          <w:tcPr>
            <w:tcW w:w="155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0DD2DCA" w14:textId="77777777" w:rsidR="00A42B4C" w:rsidRDefault="00A42B4C">
            <w:pPr>
              <w:keepLines/>
            </w:pPr>
          </w:p>
        </w:tc>
        <w:tc>
          <w:tcPr>
            <w:tcW w:w="851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0327F01" w14:textId="77777777" w:rsidR="00A42B4C" w:rsidRDefault="00A42B4C">
            <w:pPr>
              <w:keepLines/>
            </w:pPr>
          </w:p>
        </w:tc>
        <w:tc>
          <w:tcPr>
            <w:tcW w:w="1417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C3F18A3" w14:textId="77777777" w:rsidR="00A42B4C" w:rsidRDefault="00A42B4C">
            <w:pPr>
              <w:keepLines/>
            </w:pPr>
          </w:p>
        </w:tc>
        <w:tc>
          <w:tcPr>
            <w:tcW w:w="70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BA105CD" w14:textId="77777777" w:rsidR="00A42B4C" w:rsidRDefault="00A42B4C">
            <w:pPr>
              <w:keepLines/>
            </w:pPr>
          </w:p>
        </w:tc>
        <w:tc>
          <w:tcPr>
            <w:tcW w:w="113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B68421E" w14:textId="77777777" w:rsidR="00A42B4C" w:rsidRDefault="00A42B4C">
            <w:pPr>
              <w:keepLines/>
            </w:pPr>
          </w:p>
        </w:tc>
        <w:tc>
          <w:tcPr>
            <w:tcW w:w="155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9BD5F07" w14:textId="77777777" w:rsidR="00A42B4C" w:rsidRDefault="00A42B4C">
            <w:pPr>
              <w:keepLines/>
            </w:pPr>
          </w:p>
        </w:tc>
        <w:tc>
          <w:tcPr>
            <w:tcW w:w="1920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0F35920" w14:textId="77777777" w:rsidR="00A42B4C" w:rsidRDefault="00A42B4C">
            <w:pPr>
              <w:keepLines/>
            </w:pPr>
          </w:p>
        </w:tc>
      </w:tr>
      <w:tr w:rsidR="00A42B4C" w14:paraId="20E2115E" w14:textId="77777777" w:rsidTr="005A3854">
        <w:trPr>
          <w:trHeight w:val="340"/>
        </w:trPr>
        <w:tc>
          <w:tcPr>
            <w:tcW w:w="34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A2DE28C" w14:textId="77777777" w:rsidR="00A42B4C" w:rsidRDefault="00A42B4C">
            <w:pPr>
              <w:keepLines/>
            </w:pPr>
          </w:p>
        </w:tc>
        <w:tc>
          <w:tcPr>
            <w:tcW w:w="155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D58EA04" w14:textId="77777777" w:rsidR="00A42B4C" w:rsidRDefault="00A42B4C">
            <w:pPr>
              <w:keepLines/>
            </w:pPr>
          </w:p>
        </w:tc>
        <w:tc>
          <w:tcPr>
            <w:tcW w:w="851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71672D2" w14:textId="77777777" w:rsidR="00A42B4C" w:rsidRDefault="00A42B4C">
            <w:pPr>
              <w:keepLines/>
            </w:pPr>
          </w:p>
        </w:tc>
        <w:tc>
          <w:tcPr>
            <w:tcW w:w="1417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33FB430" w14:textId="77777777" w:rsidR="00A42B4C" w:rsidRDefault="00A42B4C">
            <w:pPr>
              <w:keepLines/>
            </w:pPr>
          </w:p>
        </w:tc>
        <w:tc>
          <w:tcPr>
            <w:tcW w:w="70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DF05D5D" w14:textId="77777777" w:rsidR="00A42B4C" w:rsidRDefault="00A42B4C">
            <w:pPr>
              <w:keepLines/>
            </w:pPr>
          </w:p>
        </w:tc>
        <w:tc>
          <w:tcPr>
            <w:tcW w:w="113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93AC761" w14:textId="77777777" w:rsidR="00A42B4C" w:rsidRDefault="00A42B4C">
            <w:pPr>
              <w:keepLines/>
            </w:pPr>
          </w:p>
        </w:tc>
        <w:tc>
          <w:tcPr>
            <w:tcW w:w="155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EFF7AD4" w14:textId="77777777" w:rsidR="00A42B4C" w:rsidRDefault="00A42B4C">
            <w:pPr>
              <w:keepLines/>
            </w:pPr>
          </w:p>
        </w:tc>
        <w:tc>
          <w:tcPr>
            <w:tcW w:w="1920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1A17DF66" w14:textId="77777777" w:rsidR="00A42B4C" w:rsidRDefault="00A42B4C">
            <w:pPr>
              <w:keepLines/>
            </w:pPr>
          </w:p>
        </w:tc>
      </w:tr>
      <w:tr w:rsidR="00A42B4C" w14:paraId="2B60F33B" w14:textId="77777777" w:rsidTr="005A3854">
        <w:trPr>
          <w:trHeight w:val="340"/>
        </w:trPr>
        <w:tc>
          <w:tcPr>
            <w:tcW w:w="34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1BC0F74D" w14:textId="77777777" w:rsidR="00A42B4C" w:rsidRDefault="00A42B4C">
            <w:pPr>
              <w:keepLines/>
            </w:pPr>
          </w:p>
        </w:tc>
        <w:tc>
          <w:tcPr>
            <w:tcW w:w="155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4DC08A2" w14:textId="77777777" w:rsidR="00A42B4C" w:rsidRDefault="00A42B4C">
            <w:pPr>
              <w:keepLines/>
            </w:pPr>
          </w:p>
        </w:tc>
        <w:tc>
          <w:tcPr>
            <w:tcW w:w="851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18440984" w14:textId="77777777" w:rsidR="00A42B4C" w:rsidRDefault="00A42B4C">
            <w:pPr>
              <w:keepLines/>
            </w:pPr>
          </w:p>
        </w:tc>
        <w:tc>
          <w:tcPr>
            <w:tcW w:w="1417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52DDE8E" w14:textId="77777777" w:rsidR="00A42B4C" w:rsidRDefault="00A42B4C">
            <w:pPr>
              <w:keepLines/>
            </w:pPr>
          </w:p>
        </w:tc>
        <w:tc>
          <w:tcPr>
            <w:tcW w:w="70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BBF99A5" w14:textId="77777777" w:rsidR="00A42B4C" w:rsidRDefault="00A42B4C">
            <w:pPr>
              <w:keepLines/>
            </w:pPr>
          </w:p>
        </w:tc>
        <w:tc>
          <w:tcPr>
            <w:tcW w:w="113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1076214A" w14:textId="77777777" w:rsidR="00A42B4C" w:rsidRDefault="00A42B4C">
            <w:pPr>
              <w:keepLines/>
            </w:pPr>
          </w:p>
        </w:tc>
        <w:tc>
          <w:tcPr>
            <w:tcW w:w="1559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1EE7DF43" w14:textId="77777777" w:rsidR="00A42B4C" w:rsidRDefault="00A42B4C">
            <w:pPr>
              <w:keepLines/>
            </w:pPr>
          </w:p>
        </w:tc>
        <w:tc>
          <w:tcPr>
            <w:tcW w:w="1920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06CDCD7" w14:textId="77777777" w:rsidR="00A42B4C" w:rsidRDefault="00A42B4C">
            <w:pPr>
              <w:keepLines/>
            </w:pPr>
          </w:p>
        </w:tc>
      </w:tr>
    </w:tbl>
    <w:p w14:paraId="1AE7F5C4" w14:textId="77777777" w:rsidR="005A3854" w:rsidRDefault="005A3854">
      <w:pPr>
        <w:keepLines/>
        <w:spacing w:before="60" w:after="40"/>
        <w:rPr>
          <w:rFonts w:eastAsia="Times New Roman"/>
          <w:color w:val="000000"/>
          <w:sz w:val="19"/>
        </w:rPr>
      </w:pPr>
    </w:p>
    <w:p w14:paraId="415FF114" w14:textId="0265EAA9" w:rsidR="00A42B4C" w:rsidRDefault="00E97CC1">
      <w:pPr>
        <w:keepLines/>
        <w:spacing w:before="60" w:after="40"/>
      </w:pPr>
      <w:proofErr w:type="spellStart"/>
      <w:r>
        <w:rPr>
          <w:rFonts w:eastAsia="Times New Roman"/>
          <w:color w:val="000000"/>
          <w:sz w:val="19"/>
        </w:rPr>
        <w:t>Информация</w:t>
      </w:r>
      <w:proofErr w:type="spellEnd"/>
      <w:r>
        <w:rPr>
          <w:rFonts w:eastAsia="Times New Roman"/>
          <w:color w:val="000000"/>
          <w:sz w:val="19"/>
        </w:rPr>
        <w:t xml:space="preserve"> о </w:t>
      </w:r>
      <w:proofErr w:type="spellStart"/>
      <w:r>
        <w:rPr>
          <w:rFonts w:eastAsia="Times New Roman"/>
          <w:color w:val="000000"/>
          <w:sz w:val="19"/>
        </w:rPr>
        <w:t>заявителе</w:t>
      </w:r>
      <w:proofErr w:type="spellEnd"/>
      <w:r>
        <w:rPr>
          <w:rFonts w:eastAsia="Times New Roman"/>
          <w:color w:val="000000"/>
          <w:sz w:val="19"/>
        </w:rPr>
        <w:t>:</w:t>
      </w:r>
    </w:p>
    <w:tbl>
      <w:tblPr>
        <w:tblStyle w:val="aff0"/>
        <w:tblW w:w="9498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4034"/>
        <w:gridCol w:w="5464"/>
      </w:tblGrid>
      <w:tr w:rsidR="00A42B4C" w:rsidRPr="005A3854" w14:paraId="4417B180" w14:textId="77777777" w:rsidTr="005A3854">
        <w:trPr>
          <w:trHeight w:val="360"/>
        </w:trPr>
        <w:tc>
          <w:tcPr>
            <w:tcW w:w="403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18B07385" w14:textId="77777777" w:rsidR="00A42B4C" w:rsidRPr="005A3854" w:rsidRDefault="00E97CC1">
            <w:pPr>
              <w:keepLines/>
              <w:rPr>
                <w:lang w:val="ru-RU"/>
              </w:rPr>
            </w:pPr>
            <w:r w:rsidRPr="005A3854">
              <w:rPr>
                <w:rFonts w:eastAsia="Times New Roman"/>
                <w:color w:val="000000"/>
                <w:sz w:val="17"/>
                <w:lang w:val="ru-RU"/>
              </w:rPr>
              <w:t xml:space="preserve">Контактные данные </w:t>
            </w:r>
            <w:r w:rsidRPr="005A3854">
              <w:rPr>
                <w:rFonts w:eastAsia="Times New Roman"/>
                <w:color w:val="000000"/>
                <w:sz w:val="17"/>
                <w:lang w:val="ru-RU"/>
              </w:rPr>
              <w:t xml:space="preserve">(телефон, </w:t>
            </w:r>
            <w:r>
              <w:rPr>
                <w:rFonts w:eastAsia="Times New Roman"/>
                <w:color w:val="000000"/>
                <w:sz w:val="17"/>
              </w:rPr>
              <w:t>e</w:t>
            </w:r>
            <w:r w:rsidRPr="005A3854">
              <w:rPr>
                <w:rFonts w:eastAsia="Times New Roman"/>
                <w:color w:val="000000"/>
                <w:sz w:val="17"/>
                <w:lang w:val="ru-RU"/>
              </w:rPr>
              <w:t>-</w:t>
            </w:r>
            <w:r>
              <w:rPr>
                <w:rFonts w:eastAsia="Times New Roman"/>
                <w:color w:val="000000"/>
                <w:sz w:val="17"/>
              </w:rPr>
              <w:t>mail</w:t>
            </w:r>
            <w:r w:rsidRPr="005A3854">
              <w:rPr>
                <w:rFonts w:eastAsia="Times New Roman"/>
                <w:color w:val="000000"/>
                <w:sz w:val="17"/>
                <w:lang w:val="ru-RU"/>
              </w:rPr>
              <w:t>)</w:t>
            </w:r>
          </w:p>
        </w:tc>
        <w:tc>
          <w:tcPr>
            <w:tcW w:w="546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44C7455" w14:textId="77777777" w:rsidR="00A42B4C" w:rsidRPr="005A3854" w:rsidRDefault="00A42B4C">
            <w:pPr>
              <w:keepLines/>
              <w:rPr>
                <w:lang w:val="ru-RU"/>
              </w:rPr>
            </w:pPr>
          </w:p>
        </w:tc>
      </w:tr>
      <w:tr w:rsidR="00A42B4C" w:rsidRPr="005A3854" w14:paraId="24811841" w14:textId="77777777" w:rsidTr="005A3854">
        <w:trPr>
          <w:trHeight w:val="620"/>
        </w:trPr>
        <w:tc>
          <w:tcPr>
            <w:tcW w:w="403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C01666C" w14:textId="77777777" w:rsidR="00A42B4C" w:rsidRPr="005A3854" w:rsidRDefault="00E97CC1">
            <w:pPr>
              <w:keepLines/>
              <w:rPr>
                <w:lang w:val="ru-RU"/>
              </w:rPr>
            </w:pPr>
            <w:r w:rsidRPr="005A3854">
              <w:rPr>
                <w:rFonts w:eastAsia="Times New Roman"/>
                <w:color w:val="000000"/>
                <w:sz w:val="17"/>
                <w:lang w:val="ru-RU"/>
              </w:rPr>
              <w:t>Паспортные данные: серия и номер паспорта, дата и</w:t>
            </w:r>
            <w:r w:rsidRPr="005A3854">
              <w:rPr>
                <w:rFonts w:eastAsia="Times New Roman"/>
                <w:color w:val="000000"/>
                <w:sz w:val="17"/>
                <w:lang w:val="ru-RU"/>
              </w:rPr>
              <w:br/>
              <w:t xml:space="preserve">место выдачи документа </w:t>
            </w:r>
            <w:r w:rsidRPr="005A3854">
              <w:rPr>
                <w:rFonts w:eastAsia="Times New Roman"/>
                <w:i/>
                <w:color w:val="000000"/>
                <w:sz w:val="17"/>
                <w:lang w:val="ru-RU"/>
              </w:rPr>
              <w:t>(для физических лиц)</w:t>
            </w:r>
          </w:p>
        </w:tc>
        <w:tc>
          <w:tcPr>
            <w:tcW w:w="546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3CC31ECB" w14:textId="77777777" w:rsidR="00A42B4C" w:rsidRPr="005A3854" w:rsidRDefault="00A42B4C">
            <w:pPr>
              <w:keepLines/>
              <w:rPr>
                <w:lang w:val="ru-RU"/>
              </w:rPr>
            </w:pPr>
          </w:p>
        </w:tc>
      </w:tr>
      <w:tr w:rsidR="00A42B4C" w:rsidRPr="005A3854" w14:paraId="18797138" w14:textId="77777777" w:rsidTr="005A3854">
        <w:trPr>
          <w:trHeight w:val="580"/>
        </w:trPr>
        <w:tc>
          <w:tcPr>
            <w:tcW w:w="403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78C4C89" w14:textId="77777777" w:rsidR="00A42B4C" w:rsidRPr="005A3854" w:rsidRDefault="00E97CC1">
            <w:pPr>
              <w:keepLines/>
              <w:rPr>
                <w:lang w:val="ru-RU"/>
              </w:rPr>
            </w:pPr>
            <w:r w:rsidRPr="005A3854">
              <w:rPr>
                <w:rFonts w:eastAsia="Times New Roman"/>
                <w:color w:val="000000"/>
                <w:sz w:val="17"/>
                <w:lang w:val="ru-RU"/>
              </w:rPr>
              <w:t>№ свидетельства пенсионного фонда</w:t>
            </w:r>
            <w:r w:rsidRPr="005A3854">
              <w:rPr>
                <w:rFonts w:eastAsia="Times New Roman"/>
                <w:color w:val="000000"/>
                <w:sz w:val="17"/>
                <w:lang w:val="ru-RU"/>
              </w:rPr>
              <w:br/>
            </w:r>
            <w:r w:rsidRPr="005A3854">
              <w:rPr>
                <w:rFonts w:eastAsia="Times New Roman"/>
                <w:i/>
                <w:color w:val="000000"/>
                <w:sz w:val="17"/>
                <w:lang w:val="ru-RU"/>
              </w:rPr>
              <w:t>(для физических лиц)</w:t>
            </w:r>
          </w:p>
        </w:tc>
        <w:tc>
          <w:tcPr>
            <w:tcW w:w="546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C60CBDC" w14:textId="77777777" w:rsidR="00A42B4C" w:rsidRPr="005A3854" w:rsidRDefault="00A42B4C">
            <w:pPr>
              <w:keepLines/>
              <w:rPr>
                <w:lang w:val="ru-RU"/>
              </w:rPr>
            </w:pPr>
          </w:p>
        </w:tc>
      </w:tr>
      <w:tr w:rsidR="00A42B4C" w14:paraId="51DE820B" w14:textId="77777777" w:rsidTr="005A3854">
        <w:trPr>
          <w:trHeight w:val="360"/>
        </w:trPr>
        <w:tc>
          <w:tcPr>
            <w:tcW w:w="403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5F930F6" w14:textId="77777777" w:rsidR="00A42B4C" w:rsidRDefault="00E97CC1">
            <w:pPr>
              <w:keepLines/>
            </w:pPr>
            <w:r>
              <w:rPr>
                <w:rFonts w:eastAsia="Times New Roman"/>
                <w:color w:val="000000"/>
                <w:sz w:val="17"/>
              </w:rPr>
              <w:t xml:space="preserve">ИНН </w:t>
            </w:r>
            <w:r>
              <w:rPr>
                <w:rFonts w:eastAsia="Times New Roman"/>
                <w:i/>
                <w:color w:val="000000"/>
                <w:sz w:val="17"/>
              </w:rPr>
              <w:t>(</w:t>
            </w:r>
            <w:proofErr w:type="spellStart"/>
            <w:r>
              <w:rPr>
                <w:rFonts w:eastAsia="Times New Roman"/>
                <w:i/>
                <w:color w:val="000000"/>
                <w:sz w:val="17"/>
              </w:rPr>
              <w:t>для</w:t>
            </w:r>
            <w:proofErr w:type="spellEnd"/>
            <w:r>
              <w:rPr>
                <w:rFonts w:eastAsia="Times New Roman"/>
                <w:i/>
                <w:color w:val="000000"/>
                <w:sz w:val="17"/>
              </w:rPr>
              <w:t xml:space="preserve"> </w:t>
            </w:r>
            <w:proofErr w:type="spellStart"/>
            <w:r>
              <w:rPr>
                <w:rFonts w:eastAsia="Times New Roman"/>
                <w:i/>
                <w:color w:val="000000"/>
                <w:sz w:val="17"/>
              </w:rPr>
              <w:t>физических</w:t>
            </w:r>
            <w:proofErr w:type="spellEnd"/>
            <w:r>
              <w:rPr>
                <w:rFonts w:eastAsia="Times New Roman"/>
                <w:i/>
                <w:color w:val="000000"/>
                <w:sz w:val="17"/>
              </w:rPr>
              <w:t xml:space="preserve"> </w:t>
            </w:r>
            <w:proofErr w:type="spellStart"/>
            <w:r>
              <w:rPr>
                <w:rFonts w:eastAsia="Times New Roman"/>
                <w:i/>
                <w:color w:val="000000"/>
                <w:sz w:val="17"/>
              </w:rPr>
              <w:t>лиц</w:t>
            </w:r>
            <w:proofErr w:type="spellEnd"/>
            <w:r>
              <w:rPr>
                <w:rFonts w:eastAsia="Times New Roman"/>
                <w:i/>
                <w:color w:val="000000"/>
                <w:sz w:val="17"/>
              </w:rPr>
              <w:t>)</w:t>
            </w:r>
          </w:p>
        </w:tc>
        <w:tc>
          <w:tcPr>
            <w:tcW w:w="546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3D80903" w14:textId="77777777" w:rsidR="00A42B4C" w:rsidRDefault="00A42B4C">
            <w:pPr>
              <w:keepLines/>
            </w:pPr>
          </w:p>
        </w:tc>
      </w:tr>
      <w:tr w:rsidR="00A42B4C" w:rsidRPr="005A3854" w14:paraId="057F9A44" w14:textId="77777777" w:rsidTr="005A3854">
        <w:trPr>
          <w:trHeight w:val="580"/>
        </w:trPr>
        <w:tc>
          <w:tcPr>
            <w:tcW w:w="403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02FC48C" w14:textId="77777777" w:rsidR="00A42B4C" w:rsidRPr="005A3854" w:rsidRDefault="00E97CC1">
            <w:pPr>
              <w:keepLines/>
              <w:rPr>
                <w:lang w:val="ru-RU"/>
              </w:rPr>
            </w:pPr>
            <w:r w:rsidRPr="005A3854">
              <w:rPr>
                <w:rFonts w:eastAsia="Times New Roman"/>
                <w:color w:val="000000"/>
                <w:sz w:val="17"/>
                <w:lang w:val="ru-RU"/>
              </w:rPr>
              <w:t>Наименование организации</w:t>
            </w:r>
            <w:r w:rsidRPr="005A3854">
              <w:rPr>
                <w:rFonts w:eastAsia="Times New Roman"/>
                <w:color w:val="000000"/>
                <w:sz w:val="17"/>
                <w:lang w:val="ru-RU"/>
              </w:rPr>
              <w:br/>
            </w:r>
            <w:r w:rsidRPr="005A3854">
              <w:rPr>
                <w:rFonts w:eastAsia="Times New Roman"/>
                <w:i/>
                <w:color w:val="000000"/>
                <w:sz w:val="17"/>
                <w:lang w:val="ru-RU"/>
              </w:rPr>
              <w:t>(для юридических лиц)</w:t>
            </w:r>
          </w:p>
        </w:tc>
        <w:tc>
          <w:tcPr>
            <w:tcW w:w="546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39425EC" w14:textId="77777777" w:rsidR="00A42B4C" w:rsidRPr="005A3854" w:rsidRDefault="00A42B4C">
            <w:pPr>
              <w:keepLines/>
              <w:rPr>
                <w:lang w:val="ru-RU"/>
              </w:rPr>
            </w:pPr>
          </w:p>
        </w:tc>
      </w:tr>
      <w:tr w:rsidR="00A42B4C" w14:paraId="0C9787BF" w14:textId="77777777" w:rsidTr="005A3854">
        <w:trPr>
          <w:trHeight w:val="360"/>
        </w:trPr>
        <w:tc>
          <w:tcPr>
            <w:tcW w:w="403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B4DD9C7" w14:textId="77777777" w:rsidR="00A42B4C" w:rsidRDefault="00E97CC1">
            <w:pPr>
              <w:keepLines/>
            </w:pPr>
            <w:r>
              <w:rPr>
                <w:rFonts w:eastAsia="Times New Roman"/>
                <w:color w:val="000000"/>
                <w:sz w:val="17"/>
              </w:rPr>
              <w:t xml:space="preserve">ИНН </w:t>
            </w:r>
            <w:r>
              <w:rPr>
                <w:rFonts w:eastAsia="Times New Roman"/>
                <w:i/>
                <w:color w:val="000000"/>
                <w:sz w:val="17"/>
              </w:rPr>
              <w:t>(</w:t>
            </w:r>
            <w:proofErr w:type="spellStart"/>
            <w:r>
              <w:rPr>
                <w:rFonts w:eastAsia="Times New Roman"/>
                <w:i/>
                <w:color w:val="000000"/>
                <w:sz w:val="17"/>
              </w:rPr>
              <w:t>для</w:t>
            </w:r>
            <w:proofErr w:type="spellEnd"/>
            <w:r>
              <w:rPr>
                <w:rFonts w:eastAsia="Times New Roman"/>
                <w:i/>
                <w:color w:val="000000"/>
                <w:sz w:val="17"/>
              </w:rPr>
              <w:t xml:space="preserve"> </w:t>
            </w:r>
            <w:proofErr w:type="spellStart"/>
            <w:r>
              <w:rPr>
                <w:rFonts w:eastAsia="Times New Roman"/>
                <w:i/>
                <w:color w:val="000000"/>
                <w:sz w:val="17"/>
              </w:rPr>
              <w:t>юридических</w:t>
            </w:r>
            <w:proofErr w:type="spellEnd"/>
            <w:r>
              <w:rPr>
                <w:rFonts w:eastAsia="Times New Roman"/>
                <w:i/>
                <w:color w:val="000000"/>
                <w:sz w:val="17"/>
              </w:rPr>
              <w:t xml:space="preserve"> </w:t>
            </w:r>
            <w:proofErr w:type="spellStart"/>
            <w:r>
              <w:rPr>
                <w:rFonts w:eastAsia="Times New Roman"/>
                <w:i/>
                <w:color w:val="000000"/>
                <w:sz w:val="17"/>
              </w:rPr>
              <w:t>лиц</w:t>
            </w:r>
            <w:proofErr w:type="spellEnd"/>
            <w:r>
              <w:rPr>
                <w:rFonts w:eastAsia="Times New Roman"/>
                <w:i/>
                <w:color w:val="000000"/>
                <w:sz w:val="17"/>
              </w:rPr>
              <w:t>)</w:t>
            </w:r>
          </w:p>
        </w:tc>
        <w:tc>
          <w:tcPr>
            <w:tcW w:w="546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4A86E2D" w14:textId="77777777" w:rsidR="00A42B4C" w:rsidRDefault="00A42B4C">
            <w:pPr>
              <w:keepLines/>
            </w:pPr>
          </w:p>
        </w:tc>
      </w:tr>
      <w:tr w:rsidR="00A42B4C" w14:paraId="52259119" w14:textId="77777777" w:rsidTr="005A3854">
        <w:trPr>
          <w:trHeight w:val="360"/>
        </w:trPr>
        <w:tc>
          <w:tcPr>
            <w:tcW w:w="403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2C3F643C" w14:textId="77777777" w:rsidR="00A42B4C" w:rsidRDefault="00E97CC1">
            <w:pPr>
              <w:keepLines/>
            </w:pPr>
            <w:r>
              <w:rPr>
                <w:rFonts w:eastAsia="Times New Roman"/>
                <w:color w:val="000000"/>
                <w:sz w:val="17"/>
              </w:rPr>
              <w:t xml:space="preserve">КПП </w:t>
            </w:r>
            <w:r>
              <w:rPr>
                <w:rFonts w:eastAsia="Times New Roman"/>
                <w:i/>
                <w:color w:val="000000"/>
                <w:sz w:val="17"/>
              </w:rPr>
              <w:t>(для юридических лиц)</w:t>
            </w:r>
          </w:p>
        </w:tc>
        <w:tc>
          <w:tcPr>
            <w:tcW w:w="546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16F50DF8" w14:textId="77777777" w:rsidR="00A42B4C" w:rsidRDefault="00A42B4C">
            <w:pPr>
              <w:keepLines/>
            </w:pPr>
          </w:p>
        </w:tc>
      </w:tr>
      <w:tr w:rsidR="00A42B4C" w14:paraId="501E5DA6" w14:textId="77777777" w:rsidTr="005A3854">
        <w:trPr>
          <w:trHeight w:val="360"/>
        </w:trPr>
        <w:tc>
          <w:tcPr>
            <w:tcW w:w="403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63C5A28" w14:textId="77777777" w:rsidR="00A42B4C" w:rsidRDefault="00E97CC1">
            <w:pPr>
              <w:keepLines/>
            </w:pPr>
            <w:r>
              <w:rPr>
                <w:rFonts w:eastAsia="Times New Roman"/>
                <w:color w:val="000000"/>
                <w:sz w:val="17"/>
              </w:rPr>
              <w:t xml:space="preserve">ОГРН </w:t>
            </w:r>
            <w:r>
              <w:rPr>
                <w:rFonts w:eastAsia="Times New Roman"/>
                <w:i/>
                <w:color w:val="000000"/>
                <w:sz w:val="17"/>
              </w:rPr>
              <w:t>(для юридических лиц)</w:t>
            </w:r>
          </w:p>
        </w:tc>
        <w:tc>
          <w:tcPr>
            <w:tcW w:w="546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45B5D7D" w14:textId="77777777" w:rsidR="00A42B4C" w:rsidRDefault="00A42B4C">
            <w:pPr>
              <w:keepLines/>
            </w:pPr>
          </w:p>
        </w:tc>
      </w:tr>
      <w:tr w:rsidR="00A42B4C" w:rsidRPr="005A3854" w14:paraId="34C4913B" w14:textId="77777777" w:rsidTr="005A3854">
        <w:trPr>
          <w:trHeight w:val="360"/>
        </w:trPr>
        <w:tc>
          <w:tcPr>
            <w:tcW w:w="403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37FB8FF5" w14:textId="77777777" w:rsidR="00A42B4C" w:rsidRPr="005A3854" w:rsidRDefault="00E97CC1">
            <w:pPr>
              <w:keepLines/>
              <w:rPr>
                <w:lang w:val="ru-RU"/>
              </w:rPr>
            </w:pPr>
            <w:proofErr w:type="spellStart"/>
            <w:r w:rsidRPr="005A3854">
              <w:rPr>
                <w:rFonts w:eastAsia="Times New Roman"/>
                <w:color w:val="000000"/>
                <w:sz w:val="17"/>
                <w:lang w:val="ru-RU"/>
              </w:rPr>
              <w:t>Расч</w:t>
            </w:r>
            <w:proofErr w:type="spellEnd"/>
            <w:r w:rsidRPr="005A3854">
              <w:rPr>
                <w:rFonts w:eastAsia="Times New Roman"/>
                <w:color w:val="000000"/>
                <w:sz w:val="17"/>
                <w:lang w:val="ru-RU"/>
              </w:rPr>
              <w:t xml:space="preserve">. счёт </w:t>
            </w:r>
            <w:r w:rsidRPr="005A3854">
              <w:rPr>
                <w:rFonts w:eastAsia="Times New Roman"/>
                <w:i/>
                <w:color w:val="000000"/>
                <w:sz w:val="17"/>
                <w:lang w:val="ru-RU"/>
              </w:rPr>
              <w:t>(для юридических лиц)</w:t>
            </w:r>
          </w:p>
        </w:tc>
        <w:tc>
          <w:tcPr>
            <w:tcW w:w="546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48CE7E00" w14:textId="77777777" w:rsidR="00A42B4C" w:rsidRPr="005A3854" w:rsidRDefault="00A42B4C">
            <w:pPr>
              <w:keepLines/>
              <w:rPr>
                <w:lang w:val="ru-RU"/>
              </w:rPr>
            </w:pPr>
          </w:p>
        </w:tc>
      </w:tr>
      <w:tr w:rsidR="00A42B4C" w:rsidRPr="005A3854" w14:paraId="49F83B69" w14:textId="77777777" w:rsidTr="005A3854">
        <w:trPr>
          <w:trHeight w:val="360"/>
        </w:trPr>
        <w:tc>
          <w:tcPr>
            <w:tcW w:w="403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740445FE" w14:textId="77777777" w:rsidR="00A42B4C" w:rsidRPr="005A3854" w:rsidRDefault="00E97CC1">
            <w:pPr>
              <w:keepLines/>
              <w:rPr>
                <w:lang w:val="ru-RU"/>
              </w:rPr>
            </w:pPr>
            <w:r w:rsidRPr="005A3854">
              <w:rPr>
                <w:rFonts w:eastAsia="Times New Roman"/>
                <w:color w:val="000000"/>
                <w:sz w:val="17"/>
                <w:lang w:val="ru-RU"/>
              </w:rPr>
              <w:t xml:space="preserve">Наименование банка </w:t>
            </w:r>
            <w:r w:rsidRPr="005A3854">
              <w:rPr>
                <w:rFonts w:eastAsia="Times New Roman"/>
                <w:i/>
                <w:color w:val="000000"/>
                <w:sz w:val="17"/>
                <w:lang w:val="ru-RU"/>
              </w:rPr>
              <w:t>(для юридических лиц)</w:t>
            </w:r>
          </w:p>
        </w:tc>
        <w:tc>
          <w:tcPr>
            <w:tcW w:w="546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62FE1F00" w14:textId="77777777" w:rsidR="00A42B4C" w:rsidRPr="005A3854" w:rsidRDefault="00A42B4C">
            <w:pPr>
              <w:keepLines/>
              <w:rPr>
                <w:lang w:val="ru-RU"/>
              </w:rPr>
            </w:pPr>
          </w:p>
        </w:tc>
      </w:tr>
      <w:tr w:rsidR="00A42B4C" w:rsidRPr="005A3854" w14:paraId="39629687" w14:textId="77777777" w:rsidTr="005A3854">
        <w:trPr>
          <w:trHeight w:val="360"/>
        </w:trPr>
        <w:tc>
          <w:tcPr>
            <w:tcW w:w="403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530C0103" w14:textId="77777777" w:rsidR="00A42B4C" w:rsidRPr="005A3854" w:rsidRDefault="00E97CC1">
            <w:pPr>
              <w:keepLines/>
              <w:rPr>
                <w:lang w:val="ru-RU"/>
              </w:rPr>
            </w:pPr>
            <w:r w:rsidRPr="005A3854">
              <w:rPr>
                <w:rFonts w:eastAsia="Times New Roman"/>
                <w:color w:val="000000"/>
                <w:sz w:val="17"/>
                <w:lang w:val="ru-RU"/>
              </w:rPr>
              <w:t xml:space="preserve">Кор. счёт </w:t>
            </w:r>
            <w:r w:rsidRPr="005A3854">
              <w:rPr>
                <w:rFonts w:eastAsia="Times New Roman"/>
                <w:i/>
                <w:color w:val="000000"/>
                <w:sz w:val="17"/>
                <w:lang w:val="ru-RU"/>
              </w:rPr>
              <w:t>(для юридических лиц)</w:t>
            </w:r>
          </w:p>
        </w:tc>
        <w:tc>
          <w:tcPr>
            <w:tcW w:w="5464" w:type="dxa"/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0E8FB014" w14:textId="77777777" w:rsidR="00A42B4C" w:rsidRPr="005A3854" w:rsidRDefault="00A42B4C">
            <w:pPr>
              <w:keepLines/>
              <w:rPr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126"/>
        <w:tblW w:w="10800" w:type="dxa"/>
        <w:tblLayout w:type="fixed"/>
        <w:tblLook w:val="04A0" w:firstRow="1" w:lastRow="0" w:firstColumn="1" w:lastColumn="0" w:noHBand="0" w:noVBand="1"/>
      </w:tblPr>
      <w:tblGrid>
        <w:gridCol w:w="4885"/>
        <w:gridCol w:w="1559"/>
        <w:gridCol w:w="4356"/>
      </w:tblGrid>
      <w:tr w:rsidR="005A3854" w14:paraId="165C6080" w14:textId="77777777" w:rsidTr="005A3854"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5" w:type="dxa"/>
              <w:bottom w:w="40" w:type="dxa"/>
              <w:right w:w="65" w:type="dxa"/>
            </w:tcMar>
            <w:vAlign w:val="center"/>
          </w:tcPr>
          <w:p w14:paraId="3DE9D2B4" w14:textId="77777777" w:rsidR="005A3854" w:rsidRDefault="005A3854" w:rsidP="005A3854">
            <w:pPr>
              <w:keepLines/>
            </w:pPr>
            <w:r>
              <w:rPr>
                <w:rFonts w:eastAsia="Times New Roman"/>
                <w:color w:val="000000"/>
                <w:sz w:val="18"/>
              </w:rPr>
              <w:t>«_____» ______________ 20___ г.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14:paraId="4E451EE1" w14:textId="77777777" w:rsidR="005A3854" w:rsidRDefault="005A3854" w:rsidP="005A3854">
            <w:pPr>
              <w:jc w:val="center"/>
            </w:pPr>
            <w:r>
              <w:rPr>
                <w:rFonts w:eastAsia="Times New Roman"/>
                <w:color w:val="000000"/>
                <w:sz w:val="18"/>
              </w:rPr>
              <w:t>________________</w:t>
            </w:r>
          </w:p>
          <w:p w14:paraId="4CBE7D1F" w14:textId="77777777" w:rsidR="005A3854" w:rsidRDefault="005A3854" w:rsidP="005A3854">
            <w:pPr>
              <w:jc w:val="center"/>
            </w:pPr>
            <w:r>
              <w:rPr>
                <w:rFonts w:eastAsia="Times New Roman"/>
                <w:i/>
                <w:color w:val="333333"/>
                <w:sz w:val="13"/>
              </w:rPr>
              <w:t>(подпись)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14:paraId="42D2F0DE" w14:textId="77777777" w:rsidR="005A3854" w:rsidRDefault="005A3854" w:rsidP="005A3854">
            <w:pPr>
              <w:jc w:val="center"/>
            </w:pPr>
            <w:r>
              <w:rPr>
                <w:rFonts w:eastAsia="Times New Roman"/>
                <w:color w:val="000000"/>
                <w:sz w:val="18"/>
              </w:rPr>
              <w:t>/____________________/</w:t>
            </w:r>
          </w:p>
          <w:p w14:paraId="316F4FFD" w14:textId="77777777" w:rsidR="005A3854" w:rsidRDefault="005A3854" w:rsidP="005A3854">
            <w:pPr>
              <w:jc w:val="center"/>
            </w:pPr>
            <w:r>
              <w:rPr>
                <w:rFonts w:eastAsia="Times New Roman"/>
                <w:i/>
                <w:color w:val="333333"/>
                <w:sz w:val="13"/>
              </w:rPr>
              <w:t>(расшифровка)</w:t>
            </w:r>
          </w:p>
        </w:tc>
      </w:tr>
    </w:tbl>
    <w:p w14:paraId="0147EE67" w14:textId="77777777" w:rsidR="00E97CC1" w:rsidRDefault="00E97CC1"/>
    <w:sectPr w:rsidR="00E97CC1" w:rsidSect="005A3854">
      <w:headerReference w:type="default" r:id="rId8"/>
      <w:footerReference w:type="default" r:id="rId9"/>
      <w:pgSz w:w="12240" w:h="15840"/>
      <w:pgMar w:top="1134" w:right="850" w:bottom="1134" w:left="1701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F2EA2" w14:textId="77777777" w:rsidR="00E97CC1" w:rsidRDefault="00E97CC1">
      <w:r>
        <w:separator/>
      </w:r>
    </w:p>
  </w:endnote>
  <w:endnote w:type="continuationSeparator" w:id="0">
    <w:p w14:paraId="27405B4B" w14:textId="77777777" w:rsidR="00E97CC1" w:rsidRDefault="00E97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C3639" w14:textId="77777777" w:rsidR="00A42B4C" w:rsidRDefault="00A42B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AB595" w14:textId="77777777" w:rsidR="00E97CC1" w:rsidRDefault="00E97CC1">
      <w:r>
        <w:separator/>
      </w:r>
    </w:p>
  </w:footnote>
  <w:footnote w:type="continuationSeparator" w:id="0">
    <w:p w14:paraId="125FC3BB" w14:textId="77777777" w:rsidR="00E97CC1" w:rsidRDefault="00E97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09BB" w14:textId="77777777" w:rsidR="00A42B4C" w:rsidRDefault="00A42B4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A3854"/>
    <w:rsid w:val="00A42B4C"/>
    <w:rsid w:val="00AA1D8D"/>
    <w:rsid w:val="00B47730"/>
    <w:rsid w:val="00CB0664"/>
    <w:rsid w:val="00E97CC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9B514A"/>
  <w14:defaultImageDpi w14:val="300"/>
  <w15:docId w15:val="{B9ECB45E-AE02-45EB-8EBC-ADCE2C51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1355</Characters>
  <Application>Microsoft Office Word</Application>
  <DocSecurity>0</DocSecurity>
  <Lines>41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намерении приобрести неликвидные и невостребованные МПЗ</dc:title>
  <dc:subject>Редактируемая рекомендуемая форма заявления потенциального покупателя</dc:subject>
  <dc:creator/>
  <cp:keywords/>
  <dc:description>generated by python-docx</dc:description>
  <cp:lastModifiedBy>Чапурина Анастасия</cp:lastModifiedBy>
  <cp:revision>2</cp:revision>
  <dcterms:created xsi:type="dcterms:W3CDTF">2013-12-23T23:15:00Z</dcterms:created>
  <dcterms:modified xsi:type="dcterms:W3CDTF">2026-08-14T11:39:00Z</dcterms:modified>
  <cp:category/>
</cp:coreProperties>
</file>